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63" w:rsidRPr="00E74F80" w:rsidRDefault="001B5963" w:rsidP="007207CA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E74F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1B5963" w:rsidRPr="00E74F80" w:rsidRDefault="001B5963" w:rsidP="007207CA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bookmarkStart w:id="0" w:name="860646c2-889a-4569-8575-2a8bf8f7bf01"/>
      <w:r w:rsidRPr="00E74F8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Отдел образования Администрации Целинского района </w:t>
      </w:r>
      <w:bookmarkEnd w:id="0"/>
    </w:p>
    <w:p w:rsidR="001B5963" w:rsidRPr="00E74F80" w:rsidRDefault="001B5963" w:rsidP="007207CA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E74F8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Администрация Целинского района</w:t>
      </w:r>
    </w:p>
    <w:p w:rsidR="001B5963" w:rsidRPr="00E74F80" w:rsidRDefault="001B5963" w:rsidP="007207CA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E74F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‌‌​</w:t>
      </w:r>
    </w:p>
    <w:p w:rsidR="001B5963" w:rsidRPr="00E74F80" w:rsidRDefault="001B5963" w:rsidP="007207CA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E74F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МБОУ СОШ №32</w:t>
      </w: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B5963" w:rsidRPr="001B5963" w:rsidTr="0062374A">
        <w:tc>
          <w:tcPr>
            <w:tcW w:w="3114" w:type="dxa"/>
          </w:tcPr>
          <w:p w:rsidR="001B5963" w:rsidRPr="001B5963" w:rsidRDefault="001B5963" w:rsidP="001B5963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РАССМОТРЕНО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Руководитель МО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Савицкая Т.А.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№1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от «2</w:t>
            </w:r>
            <w:r w:rsidR="007A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6»  08   2024</w:t>
            </w: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г.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1B5963" w:rsidRPr="001B5963" w:rsidRDefault="001B5963" w:rsidP="001B5963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СОГЛАСОВАНО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A656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ВР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Чехунова</w:t>
            </w:r>
            <w:proofErr w:type="spellEnd"/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С.Н.</w:t>
            </w:r>
          </w:p>
          <w:p w:rsidR="001B5963" w:rsidRPr="001B5963" w:rsidRDefault="00A656A6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</w:t>
            </w:r>
            <w:r w:rsidR="001B5963"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7A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от «2</w:t>
            </w:r>
            <w:r w:rsidR="007A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7» 08   2024</w:t>
            </w: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г.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1B5963" w:rsidRPr="001B5963" w:rsidRDefault="001B5963" w:rsidP="001B5963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СОШ №32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Трубаева</w:t>
            </w:r>
            <w:proofErr w:type="spellEnd"/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И.Ф.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</w:t>
            </w:r>
            <w:r w:rsidR="007A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204</w:t>
            </w:r>
          </w:p>
          <w:p w:rsidR="001B5963" w:rsidRPr="001B5963" w:rsidRDefault="007A2403" w:rsidP="001B5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от «27»  08   2024</w:t>
            </w:r>
            <w:r w:rsidR="001B5963" w:rsidRPr="001B5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г.</w:t>
            </w:r>
          </w:p>
          <w:p w:rsidR="001B5963" w:rsidRPr="001B5963" w:rsidRDefault="001B5963" w:rsidP="001B59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1B596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‌</w:t>
      </w: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54739F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1B596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РАБОЧАЯ ПРОГРАММА</w:t>
      </w:r>
    </w:p>
    <w:p w:rsidR="004E5284" w:rsidRDefault="0054739F" w:rsidP="004E5284">
      <w:pPr>
        <w:autoSpaceDE w:val="0"/>
        <w:autoSpaceDN w:val="0"/>
        <w:spacing w:before="262" w:after="0" w:line="262" w:lineRule="auto"/>
        <w:ind w:right="100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                  </w:t>
      </w:r>
      <w:r w:rsidR="004E5284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учебного предмета</w:t>
      </w:r>
    </w:p>
    <w:p w:rsidR="004E5284" w:rsidRPr="00F526E5" w:rsidRDefault="0054739F" w:rsidP="004E5284">
      <w:pPr>
        <w:autoSpaceDE w:val="0"/>
        <w:autoSpaceDN w:val="0"/>
        <w:spacing w:before="262" w:after="0" w:line="262" w:lineRule="auto"/>
        <w:ind w:right="1008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</w:t>
      </w:r>
      <w:r w:rsidR="004E5284"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«ОСНОВЫ РЕЛИГИОЗНЫХ КУЛЬТУР И СВЕТСКОЙ ЭТИКИ»</w:t>
      </w:r>
    </w:p>
    <w:p w:rsidR="001B5963" w:rsidRPr="001B5963" w:rsidRDefault="001B5963" w:rsidP="001B596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1B596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для обучающихся 4</w:t>
      </w:r>
      <w:r w:rsidR="007A240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"А</w:t>
      </w:r>
      <w:r w:rsidR="007207C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"</w:t>
      </w:r>
      <w:r w:rsidRPr="001B596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класс</w:t>
      </w:r>
      <w:r w:rsidR="004E528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</w:t>
      </w:r>
    </w:p>
    <w:p w:rsidR="001B5963" w:rsidRPr="001B5963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tbl>
      <w:tblPr>
        <w:tblStyle w:val="aff0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8C69AB" w:rsidRPr="00175008" w:rsidTr="008C69AB">
        <w:tc>
          <w:tcPr>
            <w:tcW w:w="3793" w:type="dxa"/>
          </w:tcPr>
          <w:p w:rsidR="008C69AB" w:rsidRPr="008C69AB" w:rsidRDefault="007A2403" w:rsidP="007207C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Коробова Татьяна Ивановна</w:t>
            </w:r>
            <w:r w:rsidR="008C69AB" w:rsidRPr="008C69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C69AB" w:rsidRPr="008C69AB" w:rsidRDefault="007207CA" w:rsidP="007207C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8C69AB" w:rsidRPr="008C69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читель начальных классов</w:t>
            </w:r>
          </w:p>
          <w:p w:rsidR="008C69AB" w:rsidRPr="008C69AB" w:rsidRDefault="008C69AB" w:rsidP="007207C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C69AB" w:rsidRPr="008C69AB" w:rsidRDefault="008C69AB" w:rsidP="007207CA">
            <w:pPr>
              <w:spacing w:line="408" w:lineRule="auto"/>
              <w:jc w:val="right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</w:tbl>
    <w:p w:rsidR="001B5963" w:rsidRPr="001B5963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p w:rsidR="001B5963" w:rsidRDefault="001B5963" w:rsidP="001B5963">
      <w:pPr>
        <w:spacing w:after="0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p w:rsidR="001B5963" w:rsidRPr="00E74F80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</w:p>
    <w:p w:rsidR="001B5963" w:rsidRPr="001B5963" w:rsidRDefault="001B5963" w:rsidP="001B5963">
      <w:pPr>
        <w:spacing w:after="0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bookmarkStart w:id="1" w:name="8f40cabc-1e83-4907-ad8f-f4ef8375b8cd"/>
      <w:r w:rsidRPr="00E74F80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п. Целина 202</w:t>
      </w:r>
      <w:bookmarkEnd w:id="1"/>
      <w:r w:rsidR="007A240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4г.</w:t>
      </w:r>
      <w:r w:rsidRPr="001B596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‌</w:t>
      </w:r>
      <w:r w:rsidRPr="001B596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</w:t>
      </w:r>
    </w:p>
    <w:p w:rsidR="008254D5" w:rsidRPr="008254D5" w:rsidRDefault="008254D5" w:rsidP="008254D5">
      <w:pPr>
        <w:widowControl w:val="0"/>
        <w:autoSpaceDE w:val="0"/>
        <w:autoSpaceDN w:val="0"/>
        <w:spacing w:before="60" w:after="0" w:line="240" w:lineRule="auto"/>
        <w:ind w:right="35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54D5" w:rsidRPr="008254D5" w:rsidRDefault="008254D5" w:rsidP="008254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  <w:sectPr w:rsidR="008254D5" w:rsidRPr="008254D5" w:rsidSect="001B5963">
          <w:pgSz w:w="11900" w:h="16840"/>
          <w:pgMar w:top="520" w:right="540" w:bottom="280" w:left="560" w:header="720" w:footer="720" w:gutter="0"/>
          <w:cols w:space="720"/>
        </w:sectPr>
      </w:pPr>
    </w:p>
    <w:p w:rsidR="008803C7" w:rsidRDefault="008803C7" w:rsidP="008803C7">
      <w:pPr>
        <w:autoSpaceDE w:val="0"/>
        <w:autoSpaceDN w:val="0"/>
        <w:spacing w:after="0" w:line="240" w:lineRule="auto"/>
        <w:ind w:right="15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F0559" w:rsidRPr="00F526E5" w:rsidRDefault="00C376C5" w:rsidP="008803C7">
      <w:pPr>
        <w:autoSpaceDE w:val="0"/>
        <w:autoSpaceDN w:val="0"/>
        <w:spacing w:after="0" w:line="240" w:lineRule="auto"/>
        <w:ind w:right="154"/>
        <w:jc w:val="center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F0559" w:rsidRPr="00F526E5" w:rsidRDefault="00C376C5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 </w:t>
      </w:r>
    </w:p>
    <w:p w:rsidR="003F0559" w:rsidRPr="00F526E5" w:rsidRDefault="00C376C5">
      <w:pPr>
        <w:autoSpaceDE w:val="0"/>
        <w:autoSpaceDN w:val="0"/>
        <w:spacing w:before="262" w:after="0" w:line="262" w:lineRule="auto"/>
        <w:ind w:right="1008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«ОСНОВЫ РЕЛИГИОЗНЫХ КУЛЬТУР И СВЕТСКОЙ ЭТИКИ»</w:t>
      </w:r>
    </w:p>
    <w:p w:rsidR="003F0559" w:rsidRPr="00F526E5" w:rsidRDefault="00C376C5">
      <w:pPr>
        <w:autoSpaceDE w:val="0"/>
        <w:autoSpaceDN w:val="0"/>
        <w:spacing w:before="166" w:after="0" w:line="281" w:lineRule="auto"/>
        <w:ind w:right="288" w:firstLine="180"/>
        <w:rPr>
          <w:lang w:val="ru-RU"/>
        </w:rPr>
      </w:pPr>
      <w:r w:rsidRPr="00F526E5">
        <w:rPr>
          <w:rFonts w:ascii="Times New Roman" w:eastAsia="Times New Roman" w:hAnsi="Times New Roman"/>
          <w:i/>
          <w:color w:val="000000"/>
          <w:sz w:val="24"/>
          <w:lang w:val="ru-RU"/>
        </w:rPr>
        <w:t>Планируемые результаты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3F0559" w:rsidRPr="00F526E5" w:rsidRDefault="00C376C5">
      <w:pPr>
        <w:autoSpaceDE w:val="0"/>
        <w:autoSpaceDN w:val="0"/>
        <w:spacing w:before="70" w:after="0"/>
        <w:ind w:firstLine="18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Культурологическая направленность предмета способствует развитию у обучающихся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</w:r>
    </w:p>
    <w:p w:rsidR="003F0559" w:rsidRPr="00F526E5" w:rsidRDefault="00C376C5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Коммуникативный подход к преподаванию предмета ОРКСЭ предполагает организацию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рефлексии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.Д</w:t>
      </w:r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еятельностный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3F0559" w:rsidRPr="00F526E5" w:rsidRDefault="00C376C5">
      <w:pPr>
        <w:autoSpaceDE w:val="0"/>
        <w:autoSpaceDN w:val="0"/>
        <w:spacing w:before="70" w:after="0" w:line="288" w:lineRule="auto"/>
        <w:ind w:right="288" w:firstLine="18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</w:t>
      </w:r>
      <w:proofErr w:type="spellStart"/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чения</w:t>
      </w:r>
      <w:proofErr w:type="spellEnd"/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3F0559" w:rsidRPr="00F526E5" w:rsidRDefault="00C376C5">
      <w:pPr>
        <w:autoSpaceDE w:val="0"/>
        <w:autoSpaceDN w:val="0"/>
        <w:spacing w:before="262" w:after="0" w:line="262" w:lineRule="auto"/>
        <w:ind w:right="864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«ОСНОВЫ РЕЛИГИОЗНЫХ КУЛЬТУР И СВЕТСКОЙ ЭТИКИ»</w:t>
      </w:r>
    </w:p>
    <w:p w:rsidR="003F0559" w:rsidRPr="00F526E5" w:rsidRDefault="00C376C5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3F0559" w:rsidRPr="00F526E5" w:rsidRDefault="00C376C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Основными задачами ОРКСЭ являются:</w:t>
      </w:r>
    </w:p>
    <w:p w:rsidR="003F0559" w:rsidRPr="00F526E5" w:rsidRDefault="00C376C5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(законных представителей);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3F0559" w:rsidRPr="00F526E5" w:rsidRDefault="00C376C5">
      <w:pPr>
        <w:autoSpaceDE w:val="0"/>
        <w:autoSpaceDN w:val="0"/>
        <w:spacing w:before="238" w:after="0" w:line="283" w:lineRule="auto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обучающихся к общению в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полиэтничной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разномировоззренческой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многоконфессиональной среде на основе взаимного уважения и диалога. Основной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3F0559" w:rsidRPr="00F526E5" w:rsidRDefault="00C376C5">
      <w:pPr>
        <w:autoSpaceDE w:val="0"/>
        <w:autoSpaceDN w:val="0"/>
        <w:spacing w:before="322" w:after="0" w:line="262" w:lineRule="auto"/>
        <w:ind w:right="432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«ОСНОВЫ РЕЛИГИОЗНЫХ КУЛЬТУР И СВЕТСКОЙ ЭТИКИ» В УЧЕБНОМ ПЛАНЕ</w:t>
      </w:r>
    </w:p>
    <w:p w:rsidR="003F0559" w:rsidRPr="00F526E5" w:rsidRDefault="00C376C5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F526E5">
        <w:rPr>
          <w:lang w:val="ru-RU"/>
        </w:rPr>
        <w:tab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"Основы религиозных культур и светской этики" изучается в 4 классе один час в н</w:t>
      </w:r>
      <w:r w:rsidR="00175008">
        <w:rPr>
          <w:rFonts w:ascii="Times New Roman" w:eastAsia="Times New Roman" w:hAnsi="Times New Roman"/>
          <w:color w:val="000000"/>
          <w:sz w:val="24"/>
          <w:lang w:val="ru-RU"/>
        </w:rPr>
        <w:t>еделе, общий объем составляет 33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часа.</w:t>
      </w: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8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78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3F0559" w:rsidRPr="00F526E5" w:rsidRDefault="00C376C5">
      <w:pPr>
        <w:tabs>
          <w:tab w:val="left" w:pos="180"/>
        </w:tabs>
        <w:autoSpaceDE w:val="0"/>
        <w:autoSpaceDN w:val="0"/>
        <w:spacing w:before="346" w:after="0" w:line="271" w:lineRule="auto"/>
        <w:ind w:right="144"/>
        <w:rPr>
          <w:lang w:val="ru-RU"/>
        </w:rPr>
      </w:pPr>
      <w:r w:rsidRPr="00F526E5">
        <w:rPr>
          <w:lang w:val="ru-RU"/>
        </w:rPr>
        <w:tab/>
      </w: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«ОСНОВЫ СВЕТСКОЙ ЭТИКИ»</w:t>
      </w:r>
      <w:r w:rsidRPr="00F526E5">
        <w:rPr>
          <w:lang w:val="ru-RU"/>
        </w:rPr>
        <w:br/>
      </w:r>
      <w:r w:rsidRPr="00F526E5">
        <w:rPr>
          <w:lang w:val="ru-RU"/>
        </w:rPr>
        <w:tab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</w:t>
      </w:r>
    </w:p>
    <w:p w:rsidR="003F0559" w:rsidRPr="00F526E5" w:rsidRDefault="00C376C5">
      <w:pPr>
        <w:autoSpaceDE w:val="0"/>
        <w:autoSpaceDN w:val="0"/>
        <w:spacing w:before="70" w:after="0" w:line="271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</w:t>
      </w:r>
    </w:p>
    <w:p w:rsidR="003F0559" w:rsidRPr="00F526E5" w:rsidRDefault="00C376C5">
      <w:pPr>
        <w:autoSpaceDE w:val="0"/>
        <w:autoSpaceDN w:val="0"/>
        <w:spacing w:before="70" w:after="0" w:line="262" w:lineRule="auto"/>
        <w:ind w:right="172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Нормы морали. Этикет. Образование как нравственная норма. Методы нравственного самосовершенствования.</w:t>
      </w:r>
    </w:p>
    <w:p w:rsidR="003F0559" w:rsidRPr="00F526E5" w:rsidRDefault="00C376C5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F526E5">
        <w:rPr>
          <w:lang w:val="ru-RU"/>
        </w:rPr>
        <w:tab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78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F0559" w:rsidRPr="00F526E5" w:rsidRDefault="00C376C5">
      <w:pPr>
        <w:autoSpaceDE w:val="0"/>
        <w:autoSpaceDN w:val="0"/>
        <w:spacing w:before="346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F0559" w:rsidRPr="00F526E5" w:rsidRDefault="00C376C5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F526E5">
        <w:rPr>
          <w:lang w:val="ru-RU"/>
        </w:rPr>
        <w:tab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результаты:</w:t>
      </w:r>
    </w:p>
    <w:p w:rsidR="003F0559" w:rsidRPr="00F526E5" w:rsidRDefault="00C376C5">
      <w:pPr>
        <w:autoSpaceDE w:val="0"/>
        <w:autoSpaceDN w:val="0"/>
        <w:spacing w:before="370" w:after="0" w:line="262" w:lineRule="auto"/>
        <w:ind w:left="420"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понимать основы российской гражданской идентичности, испытывать чувство гордости за свою Родину;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национальную и гражданскую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самоидентичность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, осознавать свою этническую и национальную принадлежность;</w:t>
      </w:r>
    </w:p>
    <w:p w:rsidR="003F0559" w:rsidRPr="00F526E5" w:rsidRDefault="00C376C5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гуманистических и демократических ценностных ориентаций; осознавать ценность человеческой жизни;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нравственных норм и ценностей как условия жизни личности, семьи, общества;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право гражданина РФ исповедовать любую традиционную религию или не исповедовать никакой 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ре​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лигии</w:t>
      </w:r>
      <w:proofErr w:type="spellEnd"/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обогащать свои знания о духовно-нравственной культуре, стремиться анализировать своё поведение, избегать негативн</w:t>
      </w:r>
      <w:r w:rsidR="008803C7">
        <w:rPr>
          <w:rFonts w:ascii="Times New Roman" w:eastAsia="Times New Roman" w:hAnsi="Times New Roman"/>
          <w:color w:val="000000"/>
          <w:sz w:val="24"/>
          <w:lang w:val="ru-RU"/>
        </w:rPr>
        <w:t>ых поступков и действий, оскорб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ляющих других людей;</w:t>
      </w:r>
    </w:p>
    <w:p w:rsidR="003F0559" w:rsidRPr="00F526E5" w:rsidRDefault="00C376C5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бережного отношения к материальным и духовным ценностям.</w:t>
      </w:r>
    </w:p>
    <w:p w:rsidR="003F0559" w:rsidRPr="00F526E5" w:rsidRDefault="00C376C5">
      <w:pPr>
        <w:autoSpaceDE w:val="0"/>
        <w:autoSpaceDN w:val="0"/>
        <w:spacing w:before="322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F0559" w:rsidRPr="00F526E5" w:rsidRDefault="00C376C5">
      <w:pPr>
        <w:autoSpaceDE w:val="0"/>
        <w:autoSpaceDN w:val="0"/>
        <w:spacing w:before="226" w:after="0" w:line="262" w:lineRule="auto"/>
        <w:ind w:left="420" w:right="576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3F0559" w:rsidRPr="00F526E5" w:rsidRDefault="00C376C5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умения планировать, контролировать и оценивать учебные действия в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</w:t>
      </w: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98" w:right="650" w:bottom="4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коммуникационных технологий для решения различных коммуникативных и познавательных задач;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187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3F0559" w:rsidRPr="00F526E5" w:rsidRDefault="00C376C5">
      <w:pPr>
        <w:autoSpaceDE w:val="0"/>
        <w:autoSpaceDN w:val="0"/>
        <w:spacing w:before="240" w:after="0" w:line="271" w:lineRule="auto"/>
        <w:ind w:left="240" w:right="762"/>
        <w:jc w:val="both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3F0559" w:rsidRPr="00F526E5" w:rsidRDefault="00C376C5">
      <w:pPr>
        <w:autoSpaceDE w:val="0"/>
        <w:autoSpaceDN w:val="0"/>
        <w:spacing w:before="73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3F0559" w:rsidRPr="00F526E5" w:rsidRDefault="00C376C5">
      <w:pPr>
        <w:autoSpaceDE w:val="0"/>
        <w:autoSpaceDN w:val="0"/>
        <w:spacing w:before="67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Познавательные УУД:</w:t>
      </w:r>
    </w:p>
    <w:p w:rsidR="003F0559" w:rsidRPr="00F526E5" w:rsidRDefault="00C376C5">
      <w:pPr>
        <w:autoSpaceDE w:val="0"/>
        <w:autoSpaceDN w:val="0"/>
        <w:spacing w:before="370" w:after="0" w:line="271" w:lineRule="auto"/>
        <w:ind w:left="240"/>
        <w:rPr>
          <w:lang w:val="ru-RU"/>
        </w:rPr>
      </w:pP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144" w:right="864"/>
        <w:jc w:val="center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3F0559" w:rsidRPr="00F526E5" w:rsidRDefault="00C376C5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3F0559" w:rsidRPr="00F526E5" w:rsidRDefault="00C376C5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3F0559" w:rsidRPr="00F526E5" w:rsidRDefault="00C376C5">
      <w:pPr>
        <w:autoSpaceDE w:val="0"/>
        <w:autoSpaceDN w:val="0"/>
        <w:spacing w:before="73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3F0559" w:rsidRPr="00F526E5" w:rsidRDefault="00C376C5">
      <w:pPr>
        <w:autoSpaceDE w:val="0"/>
        <w:autoSpaceDN w:val="0"/>
        <w:spacing w:before="370" w:after="0" w:line="262" w:lineRule="auto"/>
        <w:ind w:left="240" w:right="158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3F0559" w:rsidRPr="00F526E5" w:rsidRDefault="00C376C5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дополнительную информацию к основному учебному материалу в 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разных</w:t>
      </w:r>
      <w:proofErr w:type="gramEnd"/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86" w:right="694" w:bottom="438" w:left="846" w:header="720" w:footer="720" w:gutter="0"/>
          <w:cols w:space="720" w:equalWidth="0">
            <w:col w:w="10360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информационных 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источниках</w:t>
      </w:r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, в том числе в Интернете (в условиях контролируемого входа);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3F0559" w:rsidRPr="00F526E5" w:rsidRDefault="00C376C5">
      <w:pPr>
        <w:autoSpaceDE w:val="0"/>
        <w:autoSpaceDN w:val="0"/>
        <w:spacing w:before="73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Коммуникативные УУД:</w:t>
      </w:r>
    </w:p>
    <w:p w:rsidR="003F0559" w:rsidRPr="00F526E5" w:rsidRDefault="00C376C5">
      <w:pPr>
        <w:autoSpaceDE w:val="0"/>
        <w:autoSpaceDN w:val="0"/>
        <w:spacing w:before="370" w:after="0" w:line="271" w:lineRule="auto"/>
        <w:ind w:left="240" w:right="142"/>
        <w:jc w:val="both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3F0559" w:rsidRPr="00F526E5" w:rsidRDefault="00C376C5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3F0559" w:rsidRPr="00F526E5" w:rsidRDefault="00C376C5">
      <w:pPr>
        <w:autoSpaceDE w:val="0"/>
        <w:autoSpaceDN w:val="0"/>
        <w:spacing w:before="73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Регулятивные УУД:</w:t>
      </w:r>
    </w:p>
    <w:p w:rsidR="003F0559" w:rsidRPr="00F526E5" w:rsidRDefault="00C376C5">
      <w:pPr>
        <w:autoSpaceDE w:val="0"/>
        <w:autoSpaceDN w:val="0"/>
        <w:spacing w:before="370" w:after="0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24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изменять себя, оценивать свои поступки, ориентируясь на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3F0559" w:rsidRPr="00F526E5" w:rsidRDefault="00C376C5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3F0559" w:rsidRPr="00F526E5" w:rsidRDefault="00C376C5">
      <w:pPr>
        <w:autoSpaceDE w:val="0"/>
        <w:autoSpaceDN w:val="0"/>
        <w:spacing w:before="73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3F0559" w:rsidRPr="00F526E5" w:rsidRDefault="00C376C5">
      <w:pPr>
        <w:autoSpaceDE w:val="0"/>
        <w:autoSpaceDN w:val="0"/>
        <w:spacing w:before="370" w:after="0" w:line="271" w:lineRule="auto"/>
        <w:ind w:left="24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86" w:right="712" w:bottom="512" w:left="846" w:header="720" w:footer="720" w:gutter="0"/>
          <w:cols w:space="720" w:equalWidth="0">
            <w:col w:w="10342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108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видеопрезентацией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F0559" w:rsidRPr="00F526E5" w:rsidRDefault="00C376C5">
      <w:pPr>
        <w:autoSpaceDE w:val="0"/>
        <w:autoSpaceDN w:val="0"/>
        <w:spacing w:before="322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F0559" w:rsidRPr="00F526E5" w:rsidRDefault="00C376C5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F526E5">
        <w:rPr>
          <w:lang w:val="ru-RU"/>
        </w:rPr>
        <w:tab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образовательной программы модуля «Основы светской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этики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»д</w:t>
      </w:r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олжны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отражать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3F0559" w:rsidRPr="00F526E5" w:rsidRDefault="00C376C5">
      <w:pPr>
        <w:autoSpaceDE w:val="0"/>
        <w:autoSpaceDN w:val="0"/>
        <w:spacing w:before="370" w:after="0" w:line="271" w:lineRule="auto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3F0559" w:rsidRPr="00F526E5" w:rsidRDefault="00C376C5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left="420" w:right="7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3F0559" w:rsidRPr="00F526E5" w:rsidRDefault="00C376C5">
      <w:pPr>
        <w:autoSpaceDE w:val="0"/>
        <w:autoSpaceDN w:val="0"/>
        <w:spacing w:before="238" w:after="0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традиционных духовных ценностях, конституционных правах, свободах и обязанностях человека и гражданина в России;</w:t>
      </w:r>
    </w:p>
    <w:p w:rsidR="003F0559" w:rsidRPr="00F526E5" w:rsidRDefault="00C376C5">
      <w:pPr>
        <w:autoSpaceDE w:val="0"/>
        <w:autoSpaceDN w:val="0"/>
        <w:spacing w:before="238" w:after="0" w:line="281" w:lineRule="auto"/>
        <w:ind w:left="420" w:right="288"/>
        <w:rPr>
          <w:lang w:val="ru-RU"/>
        </w:rPr>
      </w:pP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3F0559" w:rsidRPr="00F526E5" w:rsidRDefault="00C376C5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3F0559" w:rsidRPr="00F526E5" w:rsidRDefault="00C376C5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3F0559" w:rsidRPr="00F526E5" w:rsidRDefault="00C376C5">
      <w:pPr>
        <w:autoSpaceDE w:val="0"/>
        <w:autoSpaceDN w:val="0"/>
        <w:spacing w:before="240" w:after="0" w:line="281" w:lineRule="auto"/>
        <w:ind w:left="420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3F0559" w:rsidRPr="00F526E5" w:rsidRDefault="00C376C5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3F0559" w:rsidRPr="00F526E5" w:rsidRDefault="00C376C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</w:t>
      </w:r>
      <w:proofErr w:type="gramEnd"/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328" w:right="740" w:bottom="42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p w:rsidR="003F0559" w:rsidRPr="00F526E5" w:rsidRDefault="00C376C5">
      <w:pPr>
        <w:autoSpaceDE w:val="0"/>
        <w:autoSpaceDN w:val="0"/>
        <w:spacing w:after="0" w:line="271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</w:t>
      </w:r>
      <w:proofErr w:type="gram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рос​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сийском</w:t>
      </w:r>
      <w:proofErr w:type="spellEnd"/>
      <w:proofErr w:type="gram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обществе, законных интересов и прав людей, сограждан;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right="288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3F0559" w:rsidRPr="00F526E5" w:rsidRDefault="00C376C5">
      <w:pPr>
        <w:autoSpaceDE w:val="0"/>
        <w:autoSpaceDN w:val="0"/>
        <w:spacing w:before="240" w:after="0" w:line="262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объяснять своими словами роль светской (гражданской) этики в становлении российской государственности;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ind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3F0559" w:rsidRPr="00F526E5" w:rsidRDefault="00C376C5">
      <w:pPr>
        <w:autoSpaceDE w:val="0"/>
        <w:autoSpaceDN w:val="0"/>
        <w:spacing w:before="238" w:after="0" w:line="271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3F0559" w:rsidRPr="00F526E5" w:rsidRDefault="00C376C5">
      <w:pPr>
        <w:autoSpaceDE w:val="0"/>
        <w:autoSpaceDN w:val="0"/>
        <w:spacing w:before="238" w:after="0" w:line="281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многорелигиозного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(приводить примеры), понимание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3F0559" w:rsidRPr="00F526E5" w:rsidRDefault="00C376C5">
      <w:pPr>
        <w:autoSpaceDE w:val="0"/>
        <w:autoSpaceDN w:val="0"/>
        <w:spacing w:before="240" w:after="0" w:line="262" w:lineRule="auto"/>
        <w:ind w:right="576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3F0559" w:rsidRPr="00F526E5" w:rsidRDefault="00C376C5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86" w:right="744" w:bottom="1440" w:left="1086" w:header="720" w:footer="720" w:gutter="0"/>
          <w:cols w:space="720" w:equalWidth="0">
            <w:col w:w="10069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4" w:line="220" w:lineRule="exact"/>
        <w:rPr>
          <w:lang w:val="ru-RU"/>
        </w:rPr>
      </w:pPr>
    </w:p>
    <w:p w:rsidR="003F0559" w:rsidRDefault="00C376C5" w:rsidP="008A3E9E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1133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25"/>
        <w:gridCol w:w="43"/>
        <w:gridCol w:w="1778"/>
        <w:gridCol w:w="528"/>
        <w:gridCol w:w="486"/>
        <w:gridCol w:w="425"/>
        <w:gridCol w:w="1218"/>
        <w:gridCol w:w="58"/>
        <w:gridCol w:w="3118"/>
        <w:gridCol w:w="1559"/>
        <w:gridCol w:w="1701"/>
      </w:tblGrid>
      <w:tr w:rsidR="003F0559" w:rsidTr="008A3E9E">
        <w:trPr>
          <w:trHeight w:hRule="exact" w:val="348"/>
        </w:trPr>
        <w:tc>
          <w:tcPr>
            <w:tcW w:w="4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20"/>
                <w:szCs w:val="20"/>
              </w:rPr>
            </w:pP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№</w:t>
            </w:r>
            <w:r w:rsidRPr="00CD5F07">
              <w:rPr>
                <w:sz w:val="20"/>
                <w:szCs w:val="20"/>
              </w:rPr>
              <w:br/>
            </w: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п/п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>
            <w:pPr>
              <w:autoSpaceDE w:val="0"/>
              <w:autoSpaceDN w:val="0"/>
              <w:spacing w:before="78" w:after="0" w:line="247" w:lineRule="auto"/>
              <w:ind w:left="72" w:right="648"/>
              <w:jc w:val="both"/>
              <w:rPr>
                <w:sz w:val="20"/>
                <w:szCs w:val="20"/>
                <w:lang w:val="ru-RU"/>
              </w:rPr>
            </w:pP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1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Количествочасов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 w:rsidP="0062374A">
            <w:pPr>
              <w:autoSpaceDE w:val="0"/>
              <w:autoSpaceDN w:val="0"/>
              <w:spacing w:before="78" w:after="0" w:line="245" w:lineRule="auto"/>
              <w:ind w:firstLine="70"/>
              <w:rPr>
                <w:sz w:val="20"/>
                <w:szCs w:val="20"/>
              </w:rPr>
            </w:pP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Дата </w:t>
            </w:r>
            <w:r w:rsidRPr="00CD5F07">
              <w:rPr>
                <w:sz w:val="20"/>
                <w:szCs w:val="20"/>
              </w:rPr>
              <w:br/>
            </w: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изучения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Виды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</w:rPr>
            </w:pP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Виды, формы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376C5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CD5F07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3F0559" w:rsidTr="008A3E9E">
        <w:trPr>
          <w:trHeight w:hRule="exact" w:val="679"/>
        </w:trPr>
        <w:tc>
          <w:tcPr>
            <w:tcW w:w="4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</w:tr>
      <w:tr w:rsidR="003F0559" w:rsidRPr="008254D5" w:rsidTr="008A3E9E">
        <w:trPr>
          <w:trHeight w:hRule="exact" w:val="348"/>
        </w:trPr>
        <w:tc>
          <w:tcPr>
            <w:tcW w:w="113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C376C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Модуль 1.</w:t>
            </w:r>
            <w:r w:rsidRPr="008254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Основы светской этики</w:t>
            </w:r>
          </w:p>
        </w:tc>
      </w:tr>
      <w:tr w:rsidR="003F0559" w:rsidRPr="00175008" w:rsidTr="008A3E9E">
        <w:trPr>
          <w:trHeight w:hRule="exact" w:val="3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C376C5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8254D5" w:rsidRDefault="008254D5" w:rsidP="008254D5">
            <w:pPr>
              <w:pStyle w:val="Default"/>
            </w:pPr>
            <w:r w:rsidRPr="008254D5">
              <w:t xml:space="preserve">Знакомство с новым предметом </w:t>
            </w:r>
          </w:p>
          <w:p w:rsidR="003F0559" w:rsidRPr="008254D5" w:rsidRDefault="003F0559">
            <w:pPr>
              <w:autoSpaceDE w:val="0"/>
              <w:autoSpaceDN w:val="0"/>
              <w:spacing w:before="20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C376C5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CD5F07" w:rsidRDefault="00CD5F07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559" w:rsidRPr="00683891" w:rsidRDefault="0068389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7207CA" w:rsidRDefault="007A2403" w:rsidP="0062374A">
            <w:pPr>
              <w:autoSpaceDE w:val="0"/>
              <w:autoSpaceDN w:val="0"/>
              <w:spacing w:before="80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06.09.24 13</w:t>
            </w:r>
            <w:r w:rsidR="007207C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Default="008254D5" w:rsidP="008254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Знакомятся с общественными нормами нравственности и морали. Знакомятся с историей развития представлений человечества о морали и нравственности. Знакомятся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взаимосвязями между культурой, моральными традициями и поведением людей. </w:t>
            </w:r>
          </w:p>
          <w:p w:rsidR="003F0559" w:rsidRPr="008254D5" w:rsidRDefault="00C376C5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полученные знания в жизни;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C376C5">
            <w:pPr>
              <w:autoSpaceDE w:val="0"/>
              <w:autoSpaceDN w:val="0"/>
              <w:spacing w:before="80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683891" w:rsidP="00683891">
            <w:pPr>
              <w:autoSpaceDE w:val="0"/>
              <w:autoSpaceDN w:val="0"/>
              <w:spacing w:after="0" w:line="24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/11-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priroda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volshebnye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dveri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dobru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doveriyu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8254D5" w:rsidRPr="00175008" w:rsidTr="008A3E9E">
        <w:trPr>
          <w:trHeight w:hRule="exact" w:val="80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8254D5" w:rsidRDefault="008254D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Default="008254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основами этики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8254D5" w:rsidRDefault="008254D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CD5F07" w:rsidRDefault="00CD5F0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254D5" w:rsidRPr="00683891" w:rsidRDefault="0068389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62374A" w:rsidRDefault="007A2403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20.09.24 27</w:t>
            </w:r>
            <w:r w:rsidR="007207C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Default="008254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Знакомятся с основными определениями понятий этики, культуры, морали. Знакомятся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взаимосвязями между культурой, моральными традициями и поведением людей. Анализируют моральные и этические требования, предъявляемые к человеку в светской культуре и различных культурных, в том числе религиозных, традициях. Анализируют важность соблюдения человеком нравственных и моральных норм. Учатся сравнивать явления светской культуры, искусства и различные религиозные традиции. Излагают своё мнение по поводу значения этических норм, норм морали и нравственности в жизни людей, общества. Знакомятся с примерами проявления высокой нравственности в повседневной жизни, в истории, в произведениях литературы и искусства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8254D5" w:rsidRDefault="008254D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54D5" w:rsidRPr="008254D5" w:rsidRDefault="00E0166B" w:rsidP="00E0166B">
            <w:pPr>
              <w:autoSpaceDE w:val="0"/>
              <w:autoSpaceDN w:val="0"/>
              <w:spacing w:after="0" w:line="24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nsportal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nachalnaya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shkola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orkse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/2019/02/09/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ot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dobryh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pravil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dobrym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</w:p>
        </w:tc>
      </w:tr>
      <w:tr w:rsidR="00E0166B" w:rsidRPr="00175008" w:rsidTr="008A3E9E">
        <w:trPr>
          <w:trHeight w:hRule="exact" w:val="87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Pr="008254D5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Default="00E0166B" w:rsidP="00E0166B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Этические</w:t>
            </w:r>
            <w:proofErr w:type="spellEnd"/>
            <w:r w:rsidR="007207CA"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учения</w:t>
            </w:r>
            <w:proofErr w:type="spellEnd"/>
            <w:r>
              <w:rPr>
                <w:sz w:val="23"/>
                <w:szCs w:val="23"/>
              </w:rPr>
              <w:t xml:space="preserve"> о </w:t>
            </w:r>
            <w:proofErr w:type="spellStart"/>
            <w:r>
              <w:rPr>
                <w:sz w:val="23"/>
                <w:szCs w:val="23"/>
              </w:rPr>
              <w:t>добродетелях</w:t>
            </w:r>
            <w:proofErr w:type="spellEnd"/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Pr="00E0166B" w:rsidRDefault="00E0166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Pr="00E0166B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Default="00CD5F0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166B" w:rsidRPr="00E0166B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0166B" w:rsidRPr="00E0166B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374A" w:rsidRPr="00432DC4" w:rsidRDefault="007A24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04.10.24 11.10.24 18.10.24 25.10.24 08</w:t>
            </w:r>
            <w:r w:rsidR="007207C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Default="00E016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Учатся сравнивать явления светской культуры, искусства и различные религиозные традиции. Излагают своё мнение по поводу значения этических норм, норм морали и нравственности в жизни людей, общества. Знакомятся с примерами проявления высокой нравственности в повседневной жизни, в истории, в произведениях литературы и искусства. Учатся анализировать жизненные ситуации, выбирать нравственные формы поведения, </w:t>
            </w:r>
          </w:p>
          <w:p w:rsidR="00E0166B" w:rsidRDefault="00E016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сопоставляя их с нормами разных культурных традиций. Учатся толерантному отношению к представителям разных мировоззрений и культурных традиций. Осуществляют поиск необходимой информации для выполнения заданий. Участвуют в диспутах: учатся слушать собеседника и излагать своё мнение. Готовят сообщения по выбранной теме.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E0166B" w:rsidRPr="008254D5" w:rsidRDefault="00E0166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166B" w:rsidRPr="008254D5" w:rsidRDefault="00E0166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/5-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kazhdyj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interesen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683891" w:rsidRPr="00175008" w:rsidTr="008A3E9E">
        <w:trPr>
          <w:trHeight w:hRule="exact" w:val="5525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E0166B" w:rsidRDefault="0068389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</w:t>
            </w:r>
            <w:r w:rsidRPr="00E0166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 w:rsidP="00E016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Этика о нравственном выборе </w:t>
            </w:r>
          </w:p>
          <w:p w:rsidR="00683891" w:rsidRPr="00E0166B" w:rsidRDefault="00683891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CD5F07" w:rsidRDefault="00CD5F0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02CF" w:rsidRPr="00432DC4" w:rsidRDefault="007A24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15.11.24 22.11.24 29.11.24 06.12.24 13.12.24.    20.12.24 27</w:t>
            </w:r>
            <w:r w:rsidR="007207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Анализируют важность соблюдения чело</w:t>
            </w:r>
            <w:r w:rsidR="007A2403">
              <w:rPr>
                <w:sz w:val="23"/>
                <w:szCs w:val="23"/>
              </w:rPr>
              <w:t xml:space="preserve">веком </w:t>
            </w:r>
            <w:proofErr w:type="gramStart"/>
            <w:r w:rsidR="007A2403">
              <w:rPr>
                <w:sz w:val="23"/>
                <w:szCs w:val="23"/>
              </w:rPr>
              <w:t>нравственных</w:t>
            </w:r>
            <w:proofErr w:type="gramEnd"/>
            <w:r w:rsidR="007A2403">
              <w:rPr>
                <w:sz w:val="23"/>
                <w:szCs w:val="23"/>
              </w:rPr>
              <w:t xml:space="preserve"> и моральных </w:t>
            </w:r>
            <w:proofErr w:type="spellStart"/>
            <w:r>
              <w:rPr>
                <w:sz w:val="23"/>
                <w:szCs w:val="23"/>
              </w:rPr>
              <w:t>орм</w:t>
            </w:r>
            <w:proofErr w:type="spellEnd"/>
            <w:r>
              <w:rPr>
                <w:sz w:val="23"/>
                <w:szCs w:val="23"/>
              </w:rPr>
              <w:t xml:space="preserve">. Учатся сравнивать явления светской культуры, искусства и различные религиозные традиции. Излагают своё мнение по поводу значения этических норм, норм морали и нравственности в жизни людей, общества. Осуществляют поиск необходимой информации для выполнения заданий. Участвуют в диспутах: учатся слушать собеседника и излагать своё мнение. Готовят сообщения по выбранной теме.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E0166B" w:rsidRDefault="00683891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8389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683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8389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683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8389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E0166B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https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net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video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/6-</w:t>
            </w:r>
            <w:proofErr w:type="spellStart"/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premudrosti</w:t>
            </w:r>
            <w:proofErr w:type="spellEnd"/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ehtiketa</w:t>
            </w:r>
            <w:proofErr w:type="spellEnd"/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0166B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683891" w:rsidRPr="00175008" w:rsidTr="008A3E9E">
        <w:trPr>
          <w:trHeight w:hRule="exact" w:val="7654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Этика о добродетели справедливости и справедливом государстве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CD5F07" w:rsidRDefault="00CD5F0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02CF" w:rsidRPr="00432DC4" w:rsidRDefault="0077728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10.01.25 17.01.25 24</w:t>
            </w:r>
            <w:r w:rsidR="007207C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.01.2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Излагают своё мнение по поводу значения этических норм, норм морали и нравственности в жизни людей, общества. Знакомятся с примерами проявления высокой нравственности в повседневной жизни, в истории, в произведениях литературы и искусства. Учатся анализировать жизненные ситуации, выбирать нравственные формы поведения, сопоставляя их с нормами разных культурных традиций. Учатся толерантному отношению к представителям разных мировоззрений и культурных традиций. Осуществляют поиск необходимой информации для выполнения заданий. Участвуют в диспутах: учатся слушать собеседника и излагать своё мнение. Готовят сообщения по выбранной теме.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 w:rsidP="00683891">
            <w:pPr>
              <w:autoSpaceDE w:val="0"/>
              <w:autoSpaceDN w:val="0"/>
              <w:spacing w:after="0" w:line="24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krasota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ehtiketa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</w:t>
            </w:r>
          </w:p>
        </w:tc>
      </w:tr>
      <w:tr w:rsidR="00683891" w:rsidRPr="00175008" w:rsidTr="008A3E9E">
        <w:trPr>
          <w:trHeight w:hRule="exact" w:val="3694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Нравственный закон человеческой жизни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CD5F07" w:rsidRDefault="00CD5F0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02CF" w:rsidRPr="00432DC4" w:rsidRDefault="0077728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31.01.25 07.02.25 14.02.25</w:t>
            </w:r>
            <w:r w:rsidR="007207C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r w:rsidR="007207C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важность соблюдения человеком нравственных и моральных норм. Учатся сравнивать явления светской культуры, искусства и различные религиозные традиции. Излагают своё мнение по поводу значения этических норм, норм морали и нравственности в жизни людей, общества.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/8-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prostye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shkolnye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domashnie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pravila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ehtiketa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683891" w:rsidRPr="00175008" w:rsidTr="008A3E9E">
        <w:trPr>
          <w:trHeight w:hRule="exact" w:val="3548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Этика об отношении людей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CD5F07" w:rsidRDefault="00CD5F0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68389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02CF" w:rsidRPr="008702CF" w:rsidRDefault="0077728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28.02.25 07.03.25. 14.03.25 21.03.25 04.04.25 11</w:t>
            </w:r>
            <w:r w:rsidR="0002063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Учатся анализировать жизненные ситуации, выбирать нравственные формы поведения, сопоставляя их с нормами разных культурных традиций. Учатся толерантному отношению к представителям разных мировоззрений и культурных традиций. Осуществляют поиск необходимой информации для выполнения заданий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/9-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chistyj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rucheyok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nashej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rechi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</w:tbl>
    <w:p w:rsidR="003F0559" w:rsidRPr="008254D5" w:rsidRDefault="003F055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0559" w:rsidRPr="008254D5" w:rsidRDefault="003F0559">
      <w:pPr>
        <w:rPr>
          <w:rFonts w:ascii="Times New Roman" w:hAnsi="Times New Roman" w:cs="Times New Roman"/>
          <w:sz w:val="24"/>
          <w:szCs w:val="24"/>
          <w:lang w:val="ru-RU"/>
        </w:rPr>
        <w:sectPr w:rsidR="003F0559" w:rsidRPr="008254D5" w:rsidSect="008A3E9E">
          <w:pgSz w:w="11900" w:h="16840"/>
          <w:pgMar w:top="640" w:right="1440" w:bottom="666" w:left="284" w:header="720" w:footer="720" w:gutter="0"/>
          <w:cols w:space="720" w:equalWidth="0">
            <w:col w:w="14734" w:space="0"/>
          </w:cols>
          <w:docGrid w:linePitch="360"/>
        </w:sectPr>
      </w:pPr>
    </w:p>
    <w:p w:rsidR="003F0559" w:rsidRPr="008254D5" w:rsidRDefault="003F0559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133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778"/>
        <w:gridCol w:w="528"/>
        <w:gridCol w:w="486"/>
        <w:gridCol w:w="425"/>
        <w:gridCol w:w="1218"/>
        <w:gridCol w:w="3176"/>
        <w:gridCol w:w="1559"/>
        <w:gridCol w:w="1701"/>
      </w:tblGrid>
      <w:tr w:rsidR="00683891" w:rsidRPr="00175008" w:rsidTr="008A3E9E">
        <w:trPr>
          <w:trHeight w:hRule="exact" w:val="19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сегодня жить по нравственным законам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432D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CD5F07" w:rsidRDefault="00CD5F0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3891" w:rsidRPr="00683891" w:rsidRDefault="00432D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02CF" w:rsidRPr="00432DC4" w:rsidRDefault="0077728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18.04.25 25.05.25 15.05.24 23</w:t>
            </w:r>
            <w:r w:rsidR="00020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Default="006838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Учатся анализировать жизненные ситуации, выбирать нравственные формы поведения. Учатся толерантному отношению к представителям разных мировоззрений и культурных традиций. Осуществляют поиск необходимой информации для выполнения заданий. Выполняют творческие работы.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выполнение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заданий на </w:t>
            </w:r>
            <w:r w:rsidRPr="008254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рабочих листах;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3891" w:rsidRPr="008254D5" w:rsidRDefault="0068389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videouroki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video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/10-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razvitii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dobryh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chuvstv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tvorenie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dushi</w:t>
            </w:r>
            <w:proofErr w:type="spellEnd"/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3F0559" w:rsidRPr="008254D5" w:rsidTr="008A3E9E">
        <w:trPr>
          <w:trHeight w:hRule="exact" w:val="520"/>
        </w:trPr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C376C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4D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432DC4" w:rsidRDefault="00432D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432DC4" w:rsidRDefault="00432D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F0559" w:rsidRPr="00683891" w:rsidRDefault="00432D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8254D5" w:rsidRDefault="003F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559" w:rsidRPr="008254D5" w:rsidRDefault="003F055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3F0559" w:rsidRPr="008254D5" w:rsidRDefault="003F0559">
      <w:pPr>
        <w:rPr>
          <w:rFonts w:ascii="Times New Roman" w:hAnsi="Times New Roman" w:cs="Times New Roman"/>
          <w:sz w:val="24"/>
          <w:szCs w:val="24"/>
        </w:rPr>
        <w:sectPr w:rsidR="003F0559" w:rsidRPr="008254D5" w:rsidSect="008A3E9E">
          <w:pgSz w:w="11900" w:h="16840"/>
          <w:pgMar w:top="640" w:right="1036" w:bottom="666" w:left="284" w:header="720" w:footer="720" w:gutter="0"/>
          <w:cols w:space="720" w:equalWidth="0">
            <w:col w:w="15138" w:space="0"/>
          </w:cols>
          <w:docGrid w:linePitch="360"/>
        </w:sectPr>
      </w:pPr>
    </w:p>
    <w:p w:rsidR="003F0559" w:rsidRPr="008254D5" w:rsidRDefault="003F0559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3F0559" w:rsidRDefault="00C376C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F0559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3F0559" w:rsidTr="009039CE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559" w:rsidRDefault="003F0559"/>
        </w:tc>
      </w:tr>
      <w:tr w:rsidR="003F0559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 – наша Родина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020630" w:rsidRDefault="00432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 w:rsidR="00C376C5">
              <w:rPr>
                <w:rFonts w:ascii="Times New Roman" w:eastAsia="Times New Roman" w:hAnsi="Times New Roman"/>
                <w:color w:val="000000"/>
                <w:sz w:val="24"/>
              </w:rPr>
              <w:t>.09.2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3F0559" w:rsidRPr="001750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F1B34" w:rsidRDefault="009039CE" w:rsidP="009039CE">
            <w:pPr>
              <w:pStyle w:val="Default"/>
              <w:rPr>
                <w:b/>
                <w:color w:val="404040"/>
                <w:sz w:val="23"/>
                <w:szCs w:val="23"/>
              </w:rPr>
            </w:pPr>
            <w:r w:rsidRPr="00FF1B34">
              <w:rPr>
                <w:b/>
                <w:color w:val="404040"/>
                <w:sz w:val="23"/>
                <w:szCs w:val="23"/>
              </w:rPr>
              <w:t xml:space="preserve">Духовные ценности человечества. Культура. Религии </w:t>
            </w:r>
          </w:p>
          <w:p w:rsidR="003F0559" w:rsidRPr="00FF1B34" w:rsidRDefault="003F0559">
            <w:pPr>
              <w:autoSpaceDE w:val="0"/>
              <w:autoSpaceDN w:val="0"/>
              <w:spacing w:before="72" w:after="0" w:line="230" w:lineRule="auto"/>
              <w:ind w:left="72"/>
              <w:rPr>
                <w:b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Default="00C376C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020630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="00C376C5">
              <w:rPr>
                <w:rFonts w:ascii="Times New Roman" w:eastAsia="Times New Roman" w:hAnsi="Times New Roman"/>
                <w:color w:val="000000"/>
                <w:sz w:val="24"/>
              </w:rPr>
              <w:t>.09.2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0559" w:rsidRPr="00F526E5" w:rsidRDefault="00C376C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F1B34" w:rsidRDefault="009039CE">
            <w:pPr>
              <w:pStyle w:val="Default"/>
              <w:rPr>
                <w:b/>
                <w:color w:val="404040"/>
                <w:sz w:val="23"/>
                <w:szCs w:val="23"/>
              </w:rPr>
            </w:pPr>
            <w:r w:rsidRPr="00FF1B34">
              <w:rPr>
                <w:b/>
                <w:color w:val="404040"/>
                <w:sz w:val="23"/>
                <w:szCs w:val="23"/>
              </w:rPr>
              <w:t xml:space="preserve">Диалог о философии и этике.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20630" w:rsidRDefault="00175008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.09.2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Мораль и нравственность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20630" w:rsidRDefault="00432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.09.2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Что такое добродетель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  <w:p w:rsidR="00BC5A06" w:rsidRDefault="00BC5A06" w:rsidP="00BC5A06">
            <w:pPr>
              <w:rPr>
                <w:lang w:val="ru-RU"/>
              </w:rPr>
            </w:pPr>
          </w:p>
          <w:p w:rsidR="009039CE" w:rsidRPr="00BC5A06" w:rsidRDefault="009039CE" w:rsidP="00BC5A06">
            <w:pPr>
              <w:jc w:val="center"/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432DC4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04</w:t>
            </w:r>
            <w:r w:rsidR="00432DC4" w:rsidRP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="009039CE" w:rsidRP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432DC4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Учение Аристотеля о добродетелях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432DC4" w:rsidRDefault="009039C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432DC4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432DC4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  <w:r w:rsidR="009039CE" w:rsidRP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.10.2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Нравственные качества.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20630" w:rsidRDefault="00432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.10.2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Терпение и терпимость. </w:t>
            </w:r>
          </w:p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b/>
                <w:bCs/>
                <w:color w:val="404040"/>
                <w:sz w:val="23"/>
                <w:szCs w:val="23"/>
              </w:rPr>
              <w:t xml:space="preserve">Проверочная работа №1 «Нравственные качества»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20630" w:rsidRDefault="00432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.10.2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8254D5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Презентация творческих работ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432DC4"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 w:rsidR="00432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Презентация</w:t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</w:tbl>
    <w:p w:rsidR="003F0559" w:rsidRPr="00F526E5" w:rsidRDefault="003F0559">
      <w:pPr>
        <w:autoSpaceDE w:val="0"/>
        <w:autoSpaceDN w:val="0"/>
        <w:spacing w:after="0" w:line="14" w:lineRule="exact"/>
        <w:rPr>
          <w:lang w:val="ru-RU"/>
        </w:rPr>
      </w:pP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98" w:right="650" w:bottom="9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 w:rsidP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rFonts w:eastAsia="Times New Roman"/>
              </w:rPr>
              <w:t>Нравственные качества. Сократ</w:t>
            </w:r>
            <w:proofErr w:type="gramStart"/>
            <w:r>
              <w:rPr>
                <w:color w:val="404040"/>
                <w:sz w:val="23"/>
                <w:szCs w:val="23"/>
              </w:rPr>
              <w:t xml:space="preserve">  .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432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.11.2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Убеждения.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.11.2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 w:line="274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Нравственный</w:t>
            </w:r>
            <w:proofErr w:type="spellEnd"/>
            <w:r w:rsid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.11.2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8C125C" w:rsidRDefault="009039C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Совесть</w:t>
            </w:r>
            <w:r w:rsid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Долг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8C125C" w:rsidRDefault="009039C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043CB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 w:rsidR="009039CE"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.12.2</w:t>
            </w:r>
            <w:r w:rsidR="001750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8C125C" w:rsidRDefault="009039C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8C125C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Ответственность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8C125C" w:rsidRDefault="009039C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="009039CE" w:rsidRPr="008C12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.12.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 w:rsidP="009039CE">
            <w:pPr>
              <w:autoSpaceDE w:val="0"/>
              <w:autoSpaceDN w:val="0"/>
              <w:spacing w:before="98" w:after="0" w:line="230" w:lineRule="auto"/>
              <w:ind w:left="72"/>
            </w:pPr>
            <w:r w:rsidRPr="009039CE">
              <w:rPr>
                <w:color w:val="404040"/>
                <w:sz w:val="23"/>
                <w:szCs w:val="23"/>
                <w:lang w:val="ru-RU"/>
              </w:rPr>
              <w:t xml:space="preserve">Этика о воспитании самого себя. </w:t>
            </w:r>
            <w:r w:rsidRPr="009039CE">
              <w:rPr>
                <w:b/>
                <w:bCs/>
                <w:color w:val="404040"/>
                <w:sz w:val="23"/>
                <w:szCs w:val="23"/>
                <w:lang w:val="ru-RU"/>
              </w:rPr>
              <w:t xml:space="preserve">Проверочная работа№2 «Нравственный выбор».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.12.2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BC5A0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Презентация творческих работ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43CB1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</w:t>
            </w:r>
            <w:r w:rsidR="00043CB1" w:rsidRPr="00043CB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BC5A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Презентация</w:t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9039CE" w:rsidRPr="001750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43CB1" w:rsidRDefault="009039CE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043CB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Справедливость.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43CB1" w:rsidRDefault="009039CE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043CB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43CB1" w:rsidRDefault="00BC5A0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43CB1" w:rsidRDefault="00175008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.01.2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043CB1" w:rsidRDefault="009039C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043CB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Государство, основанное на справедливости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.01.2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Государство. Светская этика.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 w:rsidR="00F21B9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</w:tbl>
    <w:p w:rsidR="003F0559" w:rsidRPr="00F526E5" w:rsidRDefault="003F0559">
      <w:pPr>
        <w:autoSpaceDE w:val="0"/>
        <w:autoSpaceDN w:val="0"/>
        <w:spacing w:after="0" w:line="14" w:lineRule="exact"/>
        <w:rPr>
          <w:lang w:val="ru-RU"/>
        </w:rPr>
      </w:pP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Нравственный закон. Десять заповедей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Заповеди любви.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.02.2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9039CE" w:rsidRPr="001750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pStyle w:val="Default"/>
              <w:rPr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Любовь – основа жизни.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Default="009039C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9039CE" w:rsidRDefault="009039C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  <w:r w:rsidR="009039CE">
              <w:rPr>
                <w:rFonts w:ascii="Times New Roman" w:eastAsia="Times New Roman" w:hAnsi="Times New Roman"/>
                <w:color w:val="000000"/>
                <w:sz w:val="24"/>
              </w:rPr>
              <w:t>.02.2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39CE" w:rsidRPr="00F526E5" w:rsidRDefault="009039CE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Прощение. </w:t>
            </w:r>
          </w:p>
          <w:p w:rsidR="00CD5F07" w:rsidRDefault="00CD5F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404040"/>
                <w:sz w:val="23"/>
                <w:szCs w:val="23"/>
              </w:rPr>
              <w:t xml:space="preserve">Проверочная работа №3 «Заповеди любви»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17500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 w:rsidR="00BC5A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Древнегреческие мыслители о дружбе.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9867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BC5A06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Этика об отношении к другим людям и самому себе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9867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.03.2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Как мы относимся к другим людям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9867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 w:rsidR="00BC5A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Мысли и поступки. Слова и речь.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9867C4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Милосердие.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9867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.04.2</w:t>
            </w:r>
            <w:r w:rsidR="009867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>Золотое правило «нравственности</w:t>
            </w:r>
            <w:r w:rsidR="00E52336">
              <w:rPr>
                <w:color w:val="404040"/>
                <w:sz w:val="23"/>
                <w:szCs w:val="23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9867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.04.2</w:t>
            </w:r>
            <w:r w:rsidR="009867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</w:tbl>
    <w:p w:rsidR="003F0559" w:rsidRPr="00F526E5" w:rsidRDefault="003F0559">
      <w:pPr>
        <w:autoSpaceDE w:val="0"/>
        <w:autoSpaceDN w:val="0"/>
        <w:spacing w:after="0" w:line="14" w:lineRule="exact"/>
        <w:rPr>
          <w:lang w:val="ru-RU"/>
        </w:rPr>
      </w:pPr>
    </w:p>
    <w:p w:rsidR="003F0559" w:rsidRPr="00F526E5" w:rsidRDefault="003F0559">
      <w:pPr>
        <w:rPr>
          <w:lang w:val="ru-RU"/>
        </w:rPr>
        <w:sectPr w:rsidR="003F0559" w:rsidRPr="00F526E5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Pr="00F526E5" w:rsidRDefault="003F05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CD5F07" w:rsidRPr="00175008" w:rsidTr="00043CB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Нравственные законы в современном мире.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9867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 w:rsidR="00BC5A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CD5F07">
              <w:rPr>
                <w:rFonts w:ascii="Times New Roman" w:eastAsia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CD5F07" w:rsidRPr="00175008" w:rsidTr="00043CB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Default="00CD5F07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Альберт </w:t>
            </w:r>
            <w:proofErr w:type="spellStart"/>
            <w:r>
              <w:rPr>
                <w:color w:val="404040"/>
                <w:sz w:val="23"/>
                <w:szCs w:val="23"/>
              </w:rPr>
              <w:t>Швейцер</w:t>
            </w:r>
            <w:proofErr w:type="spellEnd"/>
            <w:r w:rsidR="00E52336">
              <w:rPr>
                <w:color w:val="404040"/>
                <w:sz w:val="23"/>
                <w:szCs w:val="23"/>
              </w:rPr>
              <w:t xml:space="preserve">. </w:t>
            </w:r>
            <w:r w:rsidR="00043CB1">
              <w:rPr>
                <w:color w:val="404040"/>
                <w:sz w:val="23"/>
                <w:szCs w:val="23"/>
              </w:rPr>
              <w:t>Этическое учение Л.Н.Толстого.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E52336" w:rsidRDefault="00CD5F0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E523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CD5F07" w:rsidRDefault="00CD5F0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BC5A06" w:rsidRDefault="009867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</w:t>
            </w:r>
            <w:r w:rsidR="00043CB1" w:rsidRPr="00E523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CD5F07" w:rsidRPr="00E523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5F07" w:rsidRPr="00F526E5" w:rsidRDefault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Выполнение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 на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рабочих листах;</w:t>
            </w:r>
          </w:p>
        </w:tc>
      </w:tr>
      <w:tr w:rsidR="00043CB1" w:rsidRPr="00175008" w:rsidTr="00043CB1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E52336" w:rsidRDefault="00043CB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523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>
            <w:pPr>
              <w:pStyle w:val="Default"/>
              <w:rPr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«Идти дорогою добра» </w:t>
            </w:r>
          </w:p>
          <w:p w:rsidR="00043CB1" w:rsidRDefault="00043CB1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Проверочная работа № 4 «Золотое правило нравственности»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CD5F07" w:rsidRDefault="00043CB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BC5A06" w:rsidRDefault="009867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.05.2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F526E5" w:rsidRDefault="00043CB1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F526E5">
              <w:rPr>
                <w:lang w:val="ru-RU"/>
              </w:rPr>
              <w:br/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листа»;;</w:t>
            </w:r>
          </w:p>
        </w:tc>
      </w:tr>
      <w:tr w:rsidR="00043CB1" w:rsidRPr="008254D5" w:rsidTr="00043CB1">
        <w:trPr>
          <w:trHeight w:hRule="exact" w:val="15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>
            <w:pPr>
              <w:pStyle w:val="Defaul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Презентации творческих работ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CD5F07" w:rsidRDefault="00BC5A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CD5F07" w:rsidRDefault="00043CB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BC5A06" w:rsidRDefault="00BC5A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9867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043CB1">
              <w:rPr>
                <w:rFonts w:ascii="Times New Roman" w:eastAsia="Times New Roman" w:hAnsi="Times New Roman"/>
                <w:color w:val="000000"/>
                <w:sz w:val="24"/>
              </w:rPr>
              <w:t>.05.2</w:t>
            </w:r>
            <w:r w:rsidR="009867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bookmarkStart w:id="2" w:name="_GoBack"/>
            <w:bookmarkEnd w:id="2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F526E5" w:rsidRDefault="00043CB1" w:rsidP="00CD5F0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Презентация</w:t>
            </w:r>
            <w:r w:rsidRPr="00F526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</w:tc>
      </w:tr>
      <w:tr w:rsidR="00043CB1" w:rsidTr="00043CB1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F526E5" w:rsidRDefault="00043CB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043CB1" w:rsidRDefault="00043CB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043CB1" w:rsidRDefault="00043CB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Pr="00043CB1" w:rsidRDefault="00043CB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3CB1" w:rsidRDefault="00043CB1"/>
        </w:tc>
      </w:tr>
    </w:tbl>
    <w:p w:rsidR="003F0559" w:rsidRDefault="003F0559">
      <w:pPr>
        <w:autoSpaceDE w:val="0"/>
        <w:autoSpaceDN w:val="0"/>
        <w:spacing w:after="0" w:line="14" w:lineRule="exact"/>
      </w:pPr>
    </w:p>
    <w:p w:rsidR="003F0559" w:rsidRDefault="003F0559">
      <w:pPr>
        <w:sectPr w:rsidR="003F0559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F0559" w:rsidRDefault="003F0559">
      <w:pPr>
        <w:autoSpaceDE w:val="0"/>
        <w:autoSpaceDN w:val="0"/>
        <w:spacing w:after="78" w:line="220" w:lineRule="exact"/>
      </w:pPr>
    </w:p>
    <w:p w:rsidR="003F0559" w:rsidRDefault="00C376C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F0559" w:rsidRDefault="00C376C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F0559" w:rsidRPr="00F526E5" w:rsidRDefault="00C376C5">
      <w:pPr>
        <w:autoSpaceDE w:val="0"/>
        <w:autoSpaceDN w:val="0"/>
        <w:spacing w:before="166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Основы религиозных культур и светской этики. Основы светской этики. 4 класс/</w:t>
      </w: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А.И.,</w:t>
      </w:r>
    </w:p>
    <w:p w:rsidR="003F0559" w:rsidRPr="00F526E5" w:rsidRDefault="00C376C5">
      <w:pPr>
        <w:autoSpaceDE w:val="0"/>
        <w:autoSpaceDN w:val="0"/>
        <w:spacing w:before="7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Акционерное общество «Издательство «</w:t>
      </w:r>
      <w:r w:rsidR="00CD5F07">
        <w:rPr>
          <w:rFonts w:ascii="Times New Roman" w:eastAsia="Times New Roman" w:hAnsi="Times New Roman"/>
          <w:color w:val="000000"/>
          <w:sz w:val="24"/>
          <w:lang w:val="ru-RU"/>
        </w:rPr>
        <w:t>Дрофа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3F0559" w:rsidRPr="00F526E5" w:rsidRDefault="00C376C5">
      <w:pPr>
        <w:autoSpaceDE w:val="0"/>
        <w:autoSpaceDN w:val="0"/>
        <w:spacing w:before="262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F0559" w:rsidRPr="00F526E5" w:rsidRDefault="00C376C5">
      <w:pPr>
        <w:autoSpaceDE w:val="0"/>
        <w:autoSpaceDN w:val="0"/>
        <w:spacing w:before="166" w:after="0" w:line="230" w:lineRule="auto"/>
        <w:rPr>
          <w:lang w:val="ru-RU"/>
        </w:rPr>
      </w:pPr>
      <w:proofErr w:type="spellStart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 xml:space="preserve"> А. И. Основы религиозных культур и светской этики. Основы светской этики</w:t>
      </w:r>
    </w:p>
    <w:p w:rsidR="003F0559" w:rsidRPr="00F526E5" w:rsidRDefault="00C376C5">
      <w:pPr>
        <w:autoSpaceDE w:val="0"/>
        <w:autoSpaceDN w:val="0"/>
        <w:spacing w:before="70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Методическое пособие</w:t>
      </w:r>
    </w:p>
    <w:p w:rsidR="003F0559" w:rsidRPr="00F526E5" w:rsidRDefault="00C376C5">
      <w:pPr>
        <w:autoSpaceDE w:val="0"/>
        <w:autoSpaceDN w:val="0"/>
        <w:spacing w:before="72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/\_</w:t>
      </w:r>
      <w:r>
        <w:rPr>
          <w:rFonts w:ascii="Times New Roman" w:eastAsia="Times New Roman" w:hAnsi="Times New Roman"/>
          <w:color w:val="000000"/>
          <w:sz w:val="24"/>
        </w:rPr>
        <w:t>data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assistance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/107/67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58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72-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44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-11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2-8818-0050569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0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55.</w:t>
      </w:r>
      <w:r>
        <w:rPr>
          <w:rFonts w:ascii="Times New Roman" w:eastAsia="Times New Roman" w:hAnsi="Times New Roman"/>
          <w:color w:val="000000"/>
          <w:sz w:val="24"/>
        </w:rPr>
        <w:t>pdf</w:t>
      </w:r>
    </w:p>
    <w:p w:rsidR="003F0559" w:rsidRPr="00F526E5" w:rsidRDefault="00C376C5">
      <w:pPr>
        <w:autoSpaceDE w:val="0"/>
        <w:autoSpaceDN w:val="0"/>
        <w:spacing w:before="408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Примерная рабочая программа НОО Основы религиозных культур и светской этики</w:t>
      </w:r>
    </w:p>
    <w:p w:rsidR="003F0559" w:rsidRPr="00F526E5" w:rsidRDefault="00C376C5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edsoo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download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/447/?</w:t>
      </w:r>
      <w:r>
        <w:rPr>
          <w:rFonts w:ascii="Times New Roman" w:eastAsia="Times New Roman" w:hAnsi="Times New Roman"/>
          <w:color w:val="000000"/>
          <w:sz w:val="24"/>
        </w:rPr>
        <w:t>hash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=9</w:t>
      </w:r>
      <w:r>
        <w:rPr>
          <w:rFonts w:ascii="Times New Roman" w:eastAsia="Times New Roman" w:hAnsi="Times New Roman"/>
          <w:color w:val="000000"/>
          <w:sz w:val="24"/>
        </w:rPr>
        <w:t>cc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70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60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cbfdf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ee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28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53600</w:t>
      </w:r>
      <w:r>
        <w:rPr>
          <w:rFonts w:ascii="Times New Roman" w:eastAsia="Times New Roman" w:hAnsi="Times New Roman"/>
          <w:color w:val="000000"/>
          <w:sz w:val="24"/>
        </w:rPr>
        <w:t>c</w:t>
      </w:r>
    </w:p>
    <w:p w:rsidR="003F0559" w:rsidRPr="00F526E5" w:rsidRDefault="00C376C5">
      <w:pPr>
        <w:autoSpaceDE w:val="0"/>
        <w:autoSpaceDN w:val="0"/>
        <w:spacing w:before="262" w:after="0" w:line="23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F0559" w:rsidRPr="00F526E5" w:rsidRDefault="00C376C5" w:rsidP="00432DC4">
      <w:pPr>
        <w:autoSpaceDE w:val="0"/>
        <w:autoSpaceDN w:val="0"/>
        <w:spacing w:after="0" w:line="24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39.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multfilmy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my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zhivyom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rossii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F0559" w:rsidRPr="00F526E5" w:rsidRDefault="00C376C5" w:rsidP="00432DC4">
      <w:pPr>
        <w:autoSpaceDE w:val="0"/>
        <w:autoSpaceDN w:val="0"/>
        <w:spacing w:after="0" w:line="24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videouroki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F0559" w:rsidRPr="00F526E5" w:rsidRDefault="00C376C5" w:rsidP="00432DC4">
      <w:pPr>
        <w:autoSpaceDE w:val="0"/>
        <w:autoSpaceDN w:val="0"/>
        <w:spacing w:after="0" w:line="24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/4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cf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062-004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-11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4-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fe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-0050569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7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18.</w:t>
      </w:r>
      <w:r>
        <w:rPr>
          <w:rFonts w:ascii="Times New Roman" w:eastAsia="Times New Roman" w:hAnsi="Times New Roman"/>
          <w:color w:val="000000"/>
          <w:sz w:val="24"/>
        </w:rPr>
        <w:t>pdf</w:t>
      </w:r>
    </w:p>
    <w:p w:rsidR="003F0559" w:rsidRPr="00F526E5" w:rsidRDefault="00C376C5" w:rsidP="00432DC4">
      <w:pPr>
        <w:autoSpaceDE w:val="0"/>
        <w:autoSpaceDN w:val="0"/>
        <w:spacing w:after="0" w:line="24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uchitelya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orkse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/181132-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konspekt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uroka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predmetu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orkse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kazhdyy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interesen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-4-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/orkse/196224-prezentaciya-dostoyno-zhit-sredi-lyudey-4-klass.html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https://uchitelya.com/orkse/188085-plan-uroka-po-svetskoy-etike-chelovek-rozhden-dlya-dobra-4-klass.html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https://uchitelya.com/orkse/177002-tehnologicheskaya-karta-k-uroku-orkse-umet-ponyat-i-prostit-4-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klass.html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https://catalog.prosv.ru/item/16241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https://artchive.ru/artworks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http://musei-online.blogspot.com/search/label/%D0%A0%D0%BE%D1%81%D1%81%D0%B8%D1%8F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https://www.culture.ru/s/detyam/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https://parables.ru/detskie/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https://psv4.vkuseraudio.net/s/v1/d/RTqNtE8QnbNZG4s05ZAp-pPeaDjkHwjOugyLZI1pPFm-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ReNY9kh7S1J9BbL2kXRqKXU8qxZ50t-r1hiN48p91lhUM-ABZ-4-</w:t>
      </w:r>
    </w:p>
    <w:p w:rsidR="003F0559" w:rsidRDefault="00C376C5" w:rsidP="00432DC4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HGUVLWUAOQhCMaEx6QAOWQ/25_Prostaya_etika_postupkov.mp4</w:t>
      </w:r>
    </w:p>
    <w:p w:rsidR="003F0559" w:rsidRPr="004E5284" w:rsidRDefault="00C376C5" w:rsidP="008A3E9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https://www</w:t>
      </w:r>
      <w:r w:rsidR="008A3E9E">
        <w:rPr>
          <w:rFonts w:ascii="Times New Roman" w:eastAsia="Times New Roman" w:hAnsi="Times New Roman"/>
          <w:color w:val="000000"/>
          <w:sz w:val="24"/>
        </w:rPr>
        <w:t>.youtube.com/watch?v=8PV4w3RvZe</w:t>
      </w:r>
    </w:p>
    <w:p w:rsidR="008A3E9E" w:rsidRPr="004E5284" w:rsidRDefault="008A3E9E" w:rsidP="008A3E9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8A3E9E" w:rsidRPr="00F526E5" w:rsidRDefault="008A3E9E" w:rsidP="008A3E9E">
      <w:pPr>
        <w:autoSpaceDE w:val="0"/>
        <w:autoSpaceDN w:val="0"/>
        <w:spacing w:after="0" w:line="24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A3E9E" w:rsidRPr="00F526E5" w:rsidRDefault="008A3E9E" w:rsidP="008A3E9E">
      <w:pPr>
        <w:autoSpaceDE w:val="0"/>
        <w:autoSpaceDN w:val="0"/>
        <w:spacing w:after="0" w:line="240" w:lineRule="auto"/>
        <w:rPr>
          <w:lang w:val="ru-RU"/>
        </w:r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F526E5">
        <w:rPr>
          <w:lang w:val="ru-RU"/>
        </w:rPr>
        <w:br/>
      </w:r>
      <w:r w:rsidRPr="00F526E5">
        <w:rPr>
          <w:rFonts w:ascii="Times New Roman" w:eastAsia="Times New Roman" w:hAnsi="Times New Roman"/>
          <w:color w:val="000000"/>
          <w:sz w:val="24"/>
          <w:lang w:val="ru-RU"/>
        </w:rPr>
        <w:t>Набор рабочих листов, дидактические игры</w:t>
      </w:r>
    </w:p>
    <w:p w:rsidR="008A3E9E" w:rsidRPr="00F526E5" w:rsidRDefault="008A3E9E" w:rsidP="008A3E9E">
      <w:pPr>
        <w:autoSpaceDE w:val="0"/>
        <w:autoSpaceDN w:val="0"/>
        <w:spacing w:after="0" w:line="240" w:lineRule="auto"/>
        <w:rPr>
          <w:lang w:val="ru-RU"/>
        </w:rPr>
        <w:sectPr w:rsidR="008A3E9E" w:rsidRPr="00F526E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F526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F526E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Ноутбук, мультимедийный проектор</w:t>
      </w:r>
    </w:p>
    <w:p w:rsidR="00D03678" w:rsidRPr="00221D88" w:rsidRDefault="00D03678" w:rsidP="00547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21D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Лист корректировки календарно-тематического планирования</w:t>
      </w:r>
    </w:p>
    <w:p w:rsidR="00D03678" w:rsidRPr="00221D88" w:rsidRDefault="00D03678" w:rsidP="00D03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03678" w:rsidRPr="00221D88" w:rsidRDefault="00D03678" w:rsidP="00D0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2667"/>
        <w:gridCol w:w="1051"/>
        <w:gridCol w:w="959"/>
        <w:gridCol w:w="2294"/>
        <w:gridCol w:w="1854"/>
      </w:tblGrid>
      <w:tr w:rsidR="00D03678" w:rsidRPr="00221D88" w:rsidTr="008A3E9E">
        <w:trPr>
          <w:trHeight w:val="244"/>
        </w:trPr>
        <w:tc>
          <w:tcPr>
            <w:tcW w:w="922" w:type="dxa"/>
            <w:vMerge w:val="restart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урока</w:t>
            </w:r>
          </w:p>
        </w:tc>
        <w:tc>
          <w:tcPr>
            <w:tcW w:w="2667" w:type="dxa"/>
            <w:vMerge w:val="restart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010" w:type="dxa"/>
            <w:gridSpan w:val="2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проведения</w:t>
            </w:r>
          </w:p>
        </w:tc>
        <w:tc>
          <w:tcPr>
            <w:tcW w:w="2294" w:type="dxa"/>
            <w:vMerge w:val="restart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Причина </w:t>
            </w:r>
          </w:p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корректировки</w:t>
            </w:r>
          </w:p>
        </w:tc>
        <w:tc>
          <w:tcPr>
            <w:tcW w:w="1854" w:type="dxa"/>
            <w:vMerge w:val="restart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 </w:t>
            </w:r>
          </w:p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корректировки</w:t>
            </w:r>
          </w:p>
        </w:tc>
      </w:tr>
      <w:tr w:rsidR="00D03678" w:rsidRPr="00221D88" w:rsidTr="008A3E9E">
        <w:trPr>
          <w:trHeight w:val="305"/>
        </w:trPr>
        <w:tc>
          <w:tcPr>
            <w:tcW w:w="922" w:type="dxa"/>
            <w:vMerge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  <w:vMerge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</w:t>
            </w:r>
          </w:p>
        </w:tc>
        <w:tc>
          <w:tcPr>
            <w:tcW w:w="2294" w:type="dxa"/>
            <w:vMerge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  <w:vMerge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03678" w:rsidRPr="00221D88" w:rsidTr="008A3E9E">
        <w:trPr>
          <w:trHeight w:val="510"/>
        </w:trPr>
        <w:tc>
          <w:tcPr>
            <w:tcW w:w="922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7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51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59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9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:rsidR="00D03678" w:rsidRPr="00221D88" w:rsidRDefault="00D03678" w:rsidP="00D0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D03678" w:rsidRPr="00221D88" w:rsidRDefault="00D03678" w:rsidP="00D03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376C5" w:rsidRPr="00F526E5" w:rsidRDefault="00C376C5" w:rsidP="00D03678">
      <w:pPr>
        <w:spacing w:after="0" w:line="240" w:lineRule="auto"/>
        <w:rPr>
          <w:lang w:val="ru-RU"/>
        </w:rPr>
      </w:pPr>
    </w:p>
    <w:sectPr w:rsidR="00C376C5" w:rsidRPr="00F526E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20630"/>
    <w:rsid w:val="00034616"/>
    <w:rsid w:val="00043CB1"/>
    <w:rsid w:val="0006063C"/>
    <w:rsid w:val="0015074B"/>
    <w:rsid w:val="00163726"/>
    <w:rsid w:val="00175008"/>
    <w:rsid w:val="001B5963"/>
    <w:rsid w:val="00221D88"/>
    <w:rsid w:val="0029639D"/>
    <w:rsid w:val="00326F90"/>
    <w:rsid w:val="0038538E"/>
    <w:rsid w:val="003F0559"/>
    <w:rsid w:val="003F4775"/>
    <w:rsid w:val="00427F31"/>
    <w:rsid w:val="00432DC4"/>
    <w:rsid w:val="004E5284"/>
    <w:rsid w:val="0054739F"/>
    <w:rsid w:val="005C772C"/>
    <w:rsid w:val="0062374A"/>
    <w:rsid w:val="00637B57"/>
    <w:rsid w:val="00683891"/>
    <w:rsid w:val="006E7E72"/>
    <w:rsid w:val="007207CA"/>
    <w:rsid w:val="00777285"/>
    <w:rsid w:val="007A2403"/>
    <w:rsid w:val="007C2722"/>
    <w:rsid w:val="008254D5"/>
    <w:rsid w:val="008702CF"/>
    <w:rsid w:val="008803C7"/>
    <w:rsid w:val="008A3E9E"/>
    <w:rsid w:val="008C125C"/>
    <w:rsid w:val="008C69AB"/>
    <w:rsid w:val="009039CE"/>
    <w:rsid w:val="009867C4"/>
    <w:rsid w:val="00A656A6"/>
    <w:rsid w:val="00AA1D8D"/>
    <w:rsid w:val="00B47730"/>
    <w:rsid w:val="00BC5A06"/>
    <w:rsid w:val="00C02871"/>
    <w:rsid w:val="00C376C5"/>
    <w:rsid w:val="00CB0664"/>
    <w:rsid w:val="00CD5F07"/>
    <w:rsid w:val="00D03678"/>
    <w:rsid w:val="00E0166B"/>
    <w:rsid w:val="00E228B3"/>
    <w:rsid w:val="00E41A10"/>
    <w:rsid w:val="00E52336"/>
    <w:rsid w:val="00E74F80"/>
    <w:rsid w:val="00F07F6A"/>
    <w:rsid w:val="00F21B98"/>
    <w:rsid w:val="00F526E5"/>
    <w:rsid w:val="00FC693F"/>
    <w:rsid w:val="00FF1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54D5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825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4E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E5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54D5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825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4E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E5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6A5964-54C0-4908-A996-B3804599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4359</Words>
  <Characters>24850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HP</cp:lastModifiedBy>
  <cp:revision>23</cp:revision>
  <cp:lastPrinted>2023-08-30T03:59:00Z</cp:lastPrinted>
  <dcterms:created xsi:type="dcterms:W3CDTF">2023-08-26T13:13:00Z</dcterms:created>
  <dcterms:modified xsi:type="dcterms:W3CDTF">2024-09-05T10:18:00Z</dcterms:modified>
</cp:coreProperties>
</file>